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0207E" w14:textId="77777777" w:rsidR="0047027C" w:rsidRPr="002334D9" w:rsidRDefault="009F6491">
      <w:pPr>
        <w:shd w:val="clear" w:color="auto" w:fill="405DB5"/>
        <w:spacing w:after="20"/>
        <w:jc w:val="center"/>
        <w:rPr>
          <w:sz w:val="18"/>
          <w:szCs w:val="18"/>
          <w:lang w:val="es-MX"/>
        </w:rPr>
      </w:pPr>
      <w:r w:rsidRPr="002334D9">
        <w:rPr>
          <w:b/>
          <w:color w:val="FFFFFF"/>
          <w:sz w:val="18"/>
          <w:szCs w:val="18"/>
          <w:lang w:val="es-MX"/>
        </w:rPr>
        <w:t>GUIDO DANIEL CONFALONE FERNANDEZ</w:t>
      </w:r>
    </w:p>
    <w:p w14:paraId="440B3DB7" w14:textId="77777777" w:rsidR="0047027C" w:rsidRPr="002A1C34" w:rsidRDefault="009F6491">
      <w:pPr>
        <w:jc w:val="center"/>
        <w:rPr>
          <w:lang w:val="es-MX"/>
        </w:rPr>
      </w:pPr>
      <w:r w:rsidRPr="002A1C34">
        <w:rPr>
          <w:b/>
          <w:lang w:val="es-MX"/>
        </w:rPr>
        <w:t xml:space="preserve">guidoconfalone.24@gmail.com  |  +54 9 11 5957 0336  |  </w:t>
      </w:r>
      <w:hyperlink r:id="rId6">
        <w:r w:rsidRPr="002A1C34">
          <w:rPr>
            <w:b/>
            <w:color w:val="2F6F7E"/>
            <w:sz w:val="16"/>
            <w:u w:val="single"/>
            <w:lang w:val="es-MX"/>
          </w:rPr>
          <w:t>LinkedIn</w:t>
        </w:r>
      </w:hyperlink>
      <w:r w:rsidRPr="002A1C34">
        <w:rPr>
          <w:b/>
          <w:lang w:val="es-MX"/>
        </w:rPr>
        <w:t xml:space="preserve">  |  </w:t>
      </w:r>
      <w:hyperlink r:id="rId7">
        <w:r w:rsidRPr="002A1C34">
          <w:rPr>
            <w:b/>
            <w:color w:val="2F6F7E"/>
            <w:sz w:val="16"/>
            <w:u w:val="single"/>
            <w:lang w:val="es-MX"/>
          </w:rPr>
          <w:t>Portfolio</w:t>
        </w:r>
      </w:hyperlink>
    </w:p>
    <w:p w14:paraId="7E4B7B4E" w14:textId="4FBD0BDD" w:rsidR="0047027C" w:rsidRPr="002A1C34" w:rsidRDefault="009F6491">
      <w:pPr>
        <w:spacing w:after="20"/>
        <w:jc w:val="center"/>
        <w:rPr>
          <w:lang w:val="es-MX"/>
        </w:rPr>
      </w:pPr>
      <w:r w:rsidRPr="002A1C34">
        <w:rPr>
          <w:b/>
          <w:lang w:val="es-MX"/>
        </w:rPr>
        <w:t>Quilmes, Buenos Aires Province, Argentina</w:t>
      </w:r>
    </w:p>
    <w:p w14:paraId="30C659C5" w14:textId="7015D939" w:rsidR="0047027C" w:rsidRPr="002334D9" w:rsidRDefault="009F6491">
      <w:pPr>
        <w:shd w:val="clear" w:color="auto" w:fill="405DB5"/>
        <w:spacing w:after="20"/>
        <w:jc w:val="center"/>
        <w:rPr>
          <w:sz w:val="18"/>
          <w:szCs w:val="18"/>
        </w:rPr>
      </w:pPr>
      <w:r w:rsidRPr="002334D9">
        <w:rPr>
          <w:b/>
          <w:color w:val="FFFFFF"/>
          <w:sz w:val="18"/>
          <w:szCs w:val="18"/>
        </w:rPr>
        <w:t xml:space="preserve">GAME </w:t>
      </w:r>
      <w:r w:rsidR="002334D9" w:rsidRPr="002334D9">
        <w:rPr>
          <w:b/>
          <w:color w:val="FFFFFF"/>
          <w:sz w:val="18"/>
          <w:szCs w:val="18"/>
        </w:rPr>
        <w:t>PRODUCER | LEAD</w:t>
      </w:r>
      <w:r w:rsidRPr="002334D9">
        <w:rPr>
          <w:b/>
          <w:color w:val="FFFFFF"/>
          <w:sz w:val="18"/>
          <w:szCs w:val="18"/>
        </w:rPr>
        <w:t xml:space="preserve"> GAME </w:t>
      </w:r>
      <w:r w:rsidR="002334D9" w:rsidRPr="002334D9">
        <w:rPr>
          <w:b/>
          <w:color w:val="FFFFFF"/>
          <w:sz w:val="18"/>
          <w:szCs w:val="18"/>
        </w:rPr>
        <w:t>DESIGNER | GAME</w:t>
      </w:r>
      <w:r w:rsidRPr="002334D9">
        <w:rPr>
          <w:b/>
          <w:color w:val="FFFFFF"/>
          <w:sz w:val="18"/>
          <w:szCs w:val="18"/>
        </w:rPr>
        <w:t xml:space="preserve"> SYSTEMS DESIGNER</w:t>
      </w:r>
      <w:r w:rsidR="002A1C34" w:rsidRPr="002334D9">
        <w:rPr>
          <w:b/>
          <w:color w:val="FFFFFF"/>
          <w:sz w:val="18"/>
          <w:szCs w:val="18"/>
        </w:rPr>
        <w:t xml:space="preserve"> | MONETIZATION DESIGNER</w:t>
      </w:r>
    </w:p>
    <w:p w14:paraId="446EACEA" w14:textId="05C77415" w:rsidR="0047027C" w:rsidRDefault="009F6491">
      <w:pPr>
        <w:pStyle w:val="BodyCompact"/>
        <w:spacing w:after="20"/>
      </w:pPr>
      <w:r>
        <w:t>Game Producer and Lead Game Designer with 5+ years of experience developing PC, console, mobile, and social games with international remote teams. I lead projects from concept through production, translating creative goals into scoped features, clear documentation, priorities, milestones, and cross-functional execution. My background spans systems, combat, economy, level design, UI/UX, and monetization, allowing me to bridge design and production while keeping teams aligned on player experience, scope, and delivery.</w:t>
      </w:r>
    </w:p>
    <w:p w14:paraId="64EC5862" w14:textId="2E487A7A" w:rsidR="0047027C" w:rsidRDefault="002334D9" w:rsidP="002334D9">
      <w:pPr>
        <w:keepNext/>
        <w:shd w:val="clear" w:color="auto" w:fill="405DB5"/>
        <w:tabs>
          <w:tab w:val="center" w:pos="5349"/>
          <w:tab w:val="left" w:pos="5966"/>
        </w:tabs>
        <w:spacing w:before="40" w:after="20" w:line="221" w:lineRule="auto"/>
      </w:pPr>
      <w:r>
        <w:rPr>
          <w:b/>
          <w:color w:val="FFFFFF"/>
          <w:sz w:val="16"/>
        </w:rPr>
        <w:tab/>
      </w:r>
      <w:r w:rsidR="009F6491">
        <w:rPr>
          <w:b/>
          <w:color w:val="FFFFFF"/>
          <w:sz w:val="16"/>
        </w:rPr>
        <w:t>SKILLS</w:t>
      </w:r>
      <w:r>
        <w:rPr>
          <w:b/>
          <w:color w:val="FFFFFF"/>
          <w:sz w:val="16"/>
        </w:rPr>
        <w:tab/>
      </w:r>
    </w:p>
    <w:p w14:paraId="5A079D76" w14:textId="77777777" w:rsidR="0047027C" w:rsidRDefault="009F6491">
      <w:pPr>
        <w:pStyle w:val="BodyCompact"/>
      </w:pPr>
      <w:r>
        <w:rPr>
          <w:b/>
        </w:rPr>
        <w:t xml:space="preserve">CORE SKILLS  </w:t>
      </w:r>
      <w:r>
        <w:t>Game Production | Lead Game Design | Systems Design | Production Planning | Scope &amp; Prioritization | Cross-functional Coordination | Feature Design | Combat Design | Game Economy &amp; Monetization | UI/UX</w:t>
      </w:r>
    </w:p>
    <w:p w14:paraId="7130AD5A" w14:textId="1A7B4309" w:rsidR="0047027C" w:rsidRDefault="009F6491">
      <w:pPr>
        <w:pStyle w:val="BodyCompact"/>
      </w:pPr>
      <w:r>
        <w:rPr>
          <w:b/>
        </w:rPr>
        <w:t xml:space="preserve">TOOLS &amp; TECH  </w:t>
      </w:r>
      <w:r>
        <w:t>Unreal Engine | Unity | Blueprints | Figma | Adobe XD | Zeplin | InVision | Webflow | C++ | C#</w:t>
      </w:r>
    </w:p>
    <w:p w14:paraId="73774EB4" w14:textId="77777777" w:rsidR="0047027C" w:rsidRDefault="009F6491">
      <w:pPr>
        <w:keepNext/>
        <w:shd w:val="clear" w:color="auto" w:fill="405DB5"/>
        <w:spacing w:before="40" w:after="20" w:line="221" w:lineRule="auto"/>
        <w:jc w:val="center"/>
      </w:pPr>
      <w:r>
        <w:rPr>
          <w:b/>
          <w:color w:val="FFFFFF"/>
          <w:sz w:val="16"/>
        </w:rPr>
        <w:t>PROFESSIONAL EXPERIENCE</w:t>
      </w:r>
    </w:p>
    <w:p w14:paraId="431336B8" w14:textId="77777777" w:rsidR="0047027C" w:rsidRDefault="009F6491">
      <w:pPr>
        <w:pStyle w:val="RoleLine"/>
        <w:keepNext/>
        <w:tabs>
          <w:tab w:val="right" w:pos="10584"/>
        </w:tabs>
        <w:spacing w:before="28"/>
      </w:pPr>
      <w:r>
        <w:t>Lead Game Designer &amp; Producer</w:t>
      </w:r>
      <w:r>
        <w:rPr>
          <w:b w:val="0"/>
        </w:rPr>
        <w:tab/>
        <w:t>June 2024 - Present</w:t>
      </w:r>
    </w:p>
    <w:p w14:paraId="5326F6E7" w14:textId="77777777" w:rsidR="0047027C" w:rsidRDefault="009F6491">
      <w:pPr>
        <w:pStyle w:val="CompanyLine"/>
        <w:keepNext/>
        <w:tabs>
          <w:tab w:val="right" w:pos="10584"/>
        </w:tabs>
      </w:pPr>
      <w:r>
        <w:t>Startreming Games</w:t>
      </w:r>
      <w:r>
        <w:rPr>
          <w:b w:val="0"/>
        </w:rPr>
        <w:tab/>
        <w:t>Argentina</w:t>
      </w:r>
    </w:p>
    <w:p w14:paraId="18DACF64" w14:textId="77777777" w:rsidR="0047027C" w:rsidRDefault="009F6491">
      <w:pPr>
        <w:pStyle w:val="BodyCompact"/>
        <w:keepLines/>
        <w:spacing w:after="8"/>
      </w:pPr>
      <w:r>
        <w:t>I lead design and production across original and client game projects, owning feature definition, documentation, scope, priorities, milestone planning, stakeholder alignment, playtest feedback, and cross-functional coordination. I translate creative and business goals into actionable development work and guide iteration from concept through implementation.</w:t>
      </w:r>
    </w:p>
    <w:p w14:paraId="1D52F025" w14:textId="77777777" w:rsidR="0047027C" w:rsidRDefault="009F6491">
      <w:pPr>
        <w:pStyle w:val="BodyCompact"/>
        <w:keepLines/>
        <w:spacing w:after="3"/>
        <w:ind w:left="115" w:hanging="115"/>
      </w:pPr>
      <w:r>
        <w:rPr>
          <w:b/>
        </w:rPr>
        <w:t xml:space="preserve">- Ranger - Lead Game Designer &amp; Producer: </w:t>
      </w:r>
      <w:r>
        <w:t>Lead game design direction and day-to-day production, defining systems and features, maintaining design specifications, breaking work into actionable tasks, coordinating implementation, and balancing creative goals with scope and delivery.</w:t>
      </w:r>
    </w:p>
    <w:p w14:paraId="11D3737E" w14:textId="77777777" w:rsidR="0047027C" w:rsidRDefault="009F6491">
      <w:pPr>
        <w:pStyle w:val="BodyCompact"/>
        <w:keepLines/>
        <w:spacing w:after="3"/>
        <w:ind w:left="115" w:hanging="115"/>
      </w:pPr>
      <w:r>
        <w:rPr>
          <w:b/>
        </w:rPr>
        <w:t xml:space="preserve">- What Floor? - Game Director, Lead Game Designer &amp; Producer: </w:t>
      </w:r>
      <w:r>
        <w:t>Direct an original PC horror/inspection game from concept through production, owning the core loop, gameplay systems, narrative-gameplay structure, UX, feature prioritization, milestone scope, playtesting, and team coordination.</w:t>
      </w:r>
    </w:p>
    <w:p w14:paraId="78025727" w14:textId="1BFDB581" w:rsidR="0047027C" w:rsidRDefault="009F6491">
      <w:pPr>
        <w:pStyle w:val="BodyCompact"/>
        <w:keepLines/>
        <w:spacing w:after="3"/>
        <w:ind w:left="115" w:hanging="115"/>
      </w:pPr>
      <w:r>
        <w:rPr>
          <w:b/>
        </w:rPr>
        <w:t xml:space="preserve">- Other projects: </w:t>
      </w:r>
      <w:r>
        <w:t>Inside The Hole, Overseen, and Evidence 01.</w:t>
      </w:r>
      <w:r w:rsidR="002A1C34">
        <w:br/>
      </w:r>
    </w:p>
    <w:p w14:paraId="0CD65DB8" w14:textId="77777777" w:rsidR="0047027C" w:rsidRDefault="009F6491">
      <w:pPr>
        <w:pStyle w:val="RoleLine"/>
        <w:keepNext/>
        <w:tabs>
          <w:tab w:val="right" w:pos="10584"/>
        </w:tabs>
        <w:spacing w:before="28"/>
      </w:pPr>
      <w:r>
        <w:t>Producer &amp; Game Designer (Contract)</w:t>
      </w:r>
      <w:r>
        <w:rPr>
          <w:b w:val="0"/>
        </w:rPr>
        <w:tab/>
        <w:t>August 2026 - Present</w:t>
      </w:r>
    </w:p>
    <w:p w14:paraId="16D61AB6" w14:textId="77777777" w:rsidR="0047027C" w:rsidRDefault="009F6491">
      <w:pPr>
        <w:pStyle w:val="CompanyLine"/>
        <w:keepNext/>
        <w:tabs>
          <w:tab w:val="right" w:pos="10584"/>
        </w:tabs>
      </w:pPr>
      <w:r>
        <w:t>The Munky</w:t>
      </w:r>
      <w:r>
        <w:rPr>
          <w:b w:val="0"/>
        </w:rPr>
        <w:tab/>
        <w:t>Remote</w:t>
      </w:r>
    </w:p>
    <w:p w14:paraId="2ECB7ACE" w14:textId="77777777" w:rsidR="0047027C" w:rsidRDefault="009F6491">
      <w:pPr>
        <w:pStyle w:val="BodyCompact"/>
        <w:keepLines/>
        <w:spacing w:after="8"/>
      </w:pPr>
      <w:r>
        <w:t>I work on Drunkn Bar Fight: Flat Edition, coordinating feature scope, priorities, milestone planning, task breakdown, build reviews, and multidisciplinary execution. I also design gameplay features and interactions, document implementation requirements, review playtest feedback, and align design goals with production constraints and delivery.</w:t>
      </w:r>
    </w:p>
    <w:p w14:paraId="4F32FDA3" w14:textId="6F28E450" w:rsidR="0047027C" w:rsidRDefault="009F6491">
      <w:pPr>
        <w:pStyle w:val="BodyCompact"/>
        <w:keepLines/>
        <w:spacing w:after="3"/>
        <w:ind w:left="115" w:hanging="115"/>
      </w:pPr>
      <w:r>
        <w:rPr>
          <w:b/>
        </w:rPr>
        <w:t xml:space="preserve">- Project: </w:t>
      </w:r>
      <w:r>
        <w:t>Drunkn Bar Fight: Flat Edition.</w:t>
      </w:r>
      <w:r w:rsidR="002A1C34">
        <w:br/>
      </w:r>
    </w:p>
    <w:p w14:paraId="72393705" w14:textId="56D1E55A" w:rsidR="0047027C" w:rsidRPr="00507FAE" w:rsidRDefault="009F6491">
      <w:pPr>
        <w:pStyle w:val="RoleLine"/>
        <w:keepNext/>
        <w:tabs>
          <w:tab w:val="right" w:pos="10584"/>
        </w:tabs>
        <w:spacing w:before="28"/>
        <w:rPr>
          <w:u w:val="single"/>
        </w:rPr>
      </w:pPr>
      <w:r>
        <w:t>Game Designer &amp; Producer</w:t>
      </w:r>
      <w:r>
        <w:rPr>
          <w:b w:val="0"/>
        </w:rPr>
        <w:tab/>
        <w:t xml:space="preserve">August 2023 </w:t>
      </w:r>
      <w:r w:rsidR="00507FAE">
        <w:rPr>
          <w:b w:val="0"/>
        </w:rPr>
        <w:t>–</w:t>
      </w:r>
      <w:r>
        <w:rPr>
          <w:b w:val="0"/>
        </w:rPr>
        <w:t xml:space="preserve"> </w:t>
      </w:r>
      <w:r w:rsidR="00507FAE">
        <w:rPr>
          <w:b w:val="0"/>
        </w:rPr>
        <w:t>May 2026</w:t>
      </w:r>
    </w:p>
    <w:p w14:paraId="1800AEBC" w14:textId="77777777" w:rsidR="0047027C" w:rsidRPr="00507FAE" w:rsidRDefault="009F6491">
      <w:pPr>
        <w:pStyle w:val="CompanyLine"/>
        <w:keepNext/>
        <w:tabs>
          <w:tab w:val="right" w:pos="10584"/>
        </w:tabs>
        <w:rPr>
          <w:lang w:val="es-MX"/>
        </w:rPr>
      </w:pPr>
      <w:r w:rsidRPr="00507FAE">
        <w:rPr>
          <w:lang w:val="es-MX"/>
        </w:rPr>
        <w:t>Trick Studio</w:t>
      </w:r>
      <w:r w:rsidRPr="00507FAE">
        <w:rPr>
          <w:b w:val="0"/>
          <w:lang w:val="es-MX"/>
        </w:rPr>
        <w:tab/>
        <w:t>Los Angeles, California (remote)</w:t>
      </w:r>
    </w:p>
    <w:p w14:paraId="6D3C15C5" w14:textId="77777777" w:rsidR="0047027C" w:rsidRDefault="009F6491">
      <w:pPr>
        <w:pStyle w:val="BodyCompact"/>
        <w:keepLines/>
        <w:spacing w:after="8"/>
      </w:pPr>
      <w:r>
        <w:t>I design and implement gameplay systems including combat mechanics, progression loops, AI behaviors, and in-game economies across multiple genres and platforms. I work from concept to prototype, produce feature specifications, tune mechanics and balance, and collaborate with cross-functional teams to keep design goals feasible, scalable, and aligned with the creative vision.</w:t>
      </w:r>
    </w:p>
    <w:p w14:paraId="351C1E9A" w14:textId="5179FD61" w:rsidR="0047027C" w:rsidRDefault="009F6491">
      <w:pPr>
        <w:pStyle w:val="BodyCompact"/>
        <w:keepLines/>
        <w:spacing w:after="3"/>
        <w:ind w:left="115" w:hanging="115"/>
      </w:pPr>
      <w:r>
        <w:rPr>
          <w:b/>
        </w:rPr>
        <w:t xml:space="preserve">- Selected projects: </w:t>
      </w:r>
      <w:r>
        <w:t>Stumble Guys, Marvel Strike Force, Spikeball, Azra Reaper, Chain Games, and Spekter City.</w:t>
      </w:r>
      <w:r w:rsidR="002A1C34">
        <w:br/>
      </w:r>
    </w:p>
    <w:p w14:paraId="12CED37D" w14:textId="77777777" w:rsidR="0047027C" w:rsidRDefault="009F6491">
      <w:pPr>
        <w:pStyle w:val="RoleLine"/>
        <w:keepNext/>
        <w:tabs>
          <w:tab w:val="right" w:pos="10584"/>
        </w:tabs>
        <w:spacing w:before="28"/>
      </w:pPr>
      <w:r>
        <w:t>Game Economy &amp; Monetization Designer</w:t>
      </w:r>
      <w:r>
        <w:rPr>
          <w:b w:val="0"/>
        </w:rPr>
        <w:tab/>
        <w:t>June 2024 - July 2025</w:t>
      </w:r>
    </w:p>
    <w:p w14:paraId="23941836" w14:textId="77777777" w:rsidR="0047027C" w:rsidRDefault="009F6491">
      <w:pPr>
        <w:pStyle w:val="CompanyLine"/>
        <w:keepNext/>
        <w:tabs>
          <w:tab w:val="right" w:pos="10584"/>
        </w:tabs>
      </w:pPr>
      <w:r>
        <w:t>Fashion League | FinFin Play</w:t>
      </w:r>
      <w:r>
        <w:rPr>
          <w:b w:val="0"/>
        </w:rPr>
        <w:tab/>
        <w:t>Switzerland (remote)</w:t>
      </w:r>
    </w:p>
    <w:p w14:paraId="03719322" w14:textId="071DBA28" w:rsidR="0047027C" w:rsidRDefault="009F6491">
      <w:pPr>
        <w:pStyle w:val="BodyCompact"/>
        <w:keepLines/>
        <w:spacing w:after="8"/>
      </w:pPr>
      <w:r>
        <w:t>Designed and balanced Fashion League economy and monetization systems, including premium content, collaboration items, loot boxes, tiered gacha with pity mechanics, daily login rewards, progression rewards, and limited-time events. I focused on sustainable monetization, progression pacing, accessibility, and long-term engagement.</w:t>
      </w:r>
    </w:p>
    <w:p w14:paraId="36469B0B" w14:textId="77777777" w:rsidR="009F6491" w:rsidRDefault="009F6491" w:rsidP="009F6491">
      <w:pPr>
        <w:keepNext/>
        <w:shd w:val="clear" w:color="auto" w:fill="405DB5"/>
        <w:spacing w:after="20" w:line="221" w:lineRule="auto"/>
        <w:jc w:val="center"/>
      </w:pPr>
      <w:r>
        <w:rPr>
          <w:b/>
          <w:color w:val="FFFFFF"/>
          <w:sz w:val="16"/>
        </w:rPr>
        <w:t>ADDITIONAL PROFESSIONAL EXPERIENCE</w:t>
      </w:r>
    </w:p>
    <w:p w14:paraId="4DB6C6BE" w14:textId="77777777" w:rsidR="009F6491" w:rsidRDefault="009F6491" w:rsidP="009F6491">
      <w:pPr>
        <w:pStyle w:val="RoleLine"/>
        <w:keepNext/>
        <w:tabs>
          <w:tab w:val="right" w:pos="10584"/>
        </w:tabs>
        <w:spacing w:before="28"/>
      </w:pPr>
      <w:r>
        <w:t>Level Designer</w:t>
      </w:r>
      <w:r>
        <w:rPr>
          <w:b w:val="0"/>
        </w:rPr>
        <w:tab/>
        <w:t>August 2023 - December 2023</w:t>
      </w:r>
    </w:p>
    <w:p w14:paraId="77F34761" w14:textId="77777777" w:rsidR="009F6491" w:rsidRDefault="009F6491" w:rsidP="009F6491">
      <w:pPr>
        <w:pStyle w:val="CompanyLine"/>
        <w:keepNext/>
        <w:tabs>
          <w:tab w:val="right" w:pos="10584"/>
        </w:tabs>
      </w:pPr>
      <w:r>
        <w:t>Alternates-Game</w:t>
      </w:r>
      <w:r>
        <w:rPr>
          <w:b w:val="0"/>
        </w:rPr>
        <w:tab/>
        <w:t>Delaware, USA (remote)</w:t>
      </w:r>
    </w:p>
    <w:p w14:paraId="4B0644B5" w14:textId="2F9EE1B2" w:rsidR="009F6491" w:rsidRDefault="009F6491" w:rsidP="009F6491">
      <w:pPr>
        <w:pStyle w:val="BodyCompact"/>
        <w:keepLines/>
        <w:spacing w:after="8"/>
      </w:pPr>
      <w:r>
        <w:t>Built competitive 5v5 FPS maps in Unreal Engine 5 for multiple game modes. Structured layouts, implemented assets, balanced combat flow, and iterated through playtesting to refine navigation, cover placement, readability, and performance.</w:t>
      </w:r>
      <w:r>
        <w:br/>
      </w:r>
    </w:p>
    <w:p w14:paraId="4A869FF5" w14:textId="77777777" w:rsidR="009F6491" w:rsidRDefault="009F6491" w:rsidP="009F6491">
      <w:pPr>
        <w:pStyle w:val="RoleLine"/>
        <w:keepNext/>
        <w:tabs>
          <w:tab w:val="right" w:pos="10584"/>
        </w:tabs>
        <w:spacing w:before="28"/>
      </w:pPr>
      <w:r>
        <w:t>Project Manager &amp; Game Designer (Short-Term Project)</w:t>
      </w:r>
      <w:r>
        <w:rPr>
          <w:b w:val="0"/>
        </w:rPr>
        <w:tab/>
        <w:t>June 2023 - September 2023</w:t>
      </w:r>
    </w:p>
    <w:p w14:paraId="29B3496E" w14:textId="77777777" w:rsidR="009F6491" w:rsidRDefault="009F6491" w:rsidP="009F6491">
      <w:pPr>
        <w:pStyle w:val="CompanyLine"/>
        <w:keepNext/>
        <w:tabs>
          <w:tab w:val="right" w:pos="10584"/>
        </w:tabs>
      </w:pPr>
      <w:r>
        <w:t>Truco Stars</w:t>
      </w:r>
      <w:r>
        <w:rPr>
          <w:b w:val="0"/>
        </w:rPr>
        <w:tab/>
        <w:t>Argentina</w:t>
      </w:r>
    </w:p>
    <w:p w14:paraId="5E14C91E" w14:textId="7D45315E" w:rsidR="009F6491" w:rsidRDefault="009F6491" w:rsidP="009F6491">
      <w:pPr>
        <w:pStyle w:val="BodyCompact"/>
        <w:keepLines/>
        <w:spacing w:after="8"/>
      </w:pPr>
      <w:r>
        <w:t>Managed the production timeline and coordinated deliverables for a multiplayer card game prototype while designing core gameplay mechanics and dynamics. I also implemented UI elements in Unity and supported usability and player-flow iteration.</w:t>
      </w:r>
      <w:r>
        <w:br/>
      </w:r>
    </w:p>
    <w:p w14:paraId="5E745AAA" w14:textId="77777777" w:rsidR="009F6491" w:rsidRDefault="009F6491" w:rsidP="009F6491">
      <w:pPr>
        <w:pStyle w:val="RoleLine"/>
        <w:keepNext/>
        <w:tabs>
          <w:tab w:val="right" w:pos="10584"/>
        </w:tabs>
        <w:spacing w:before="28"/>
      </w:pPr>
      <w:r>
        <w:t>Game Designer</w:t>
      </w:r>
      <w:r>
        <w:rPr>
          <w:b w:val="0"/>
        </w:rPr>
        <w:tab/>
        <w:t>August 2022 - August 2023</w:t>
      </w:r>
    </w:p>
    <w:p w14:paraId="30C712A3" w14:textId="77777777" w:rsidR="009F6491" w:rsidRDefault="009F6491" w:rsidP="009F6491">
      <w:pPr>
        <w:pStyle w:val="CompanyLine"/>
        <w:keepNext/>
        <w:tabs>
          <w:tab w:val="right" w:pos="10584"/>
        </w:tabs>
      </w:pPr>
      <w:r>
        <w:t>Game Cloud Network</w:t>
      </w:r>
      <w:r>
        <w:rPr>
          <w:b w:val="0"/>
        </w:rPr>
        <w:tab/>
        <w:t>Los Angeles, USA (hybrid)</w:t>
      </w:r>
    </w:p>
    <w:p w14:paraId="6022B9C0" w14:textId="6283DCD5" w:rsidR="009F6491" w:rsidRDefault="009F6491" w:rsidP="009F6491">
      <w:pPr>
        <w:pStyle w:val="BodyCompact"/>
        <w:keepLines/>
        <w:spacing w:after="8"/>
      </w:pPr>
      <w:r>
        <w:t>Created UX flows and wireframes, level layouts, and economy systems aligned with gameplay balance and progression.</w:t>
      </w:r>
      <w:r>
        <w:br/>
      </w:r>
    </w:p>
    <w:p w14:paraId="2F3CDFFB" w14:textId="77777777" w:rsidR="009F6491" w:rsidRDefault="009F6491" w:rsidP="009F6491">
      <w:pPr>
        <w:pStyle w:val="RoleLine"/>
        <w:keepNext/>
        <w:tabs>
          <w:tab w:val="right" w:pos="10584"/>
        </w:tabs>
        <w:spacing w:before="28"/>
      </w:pPr>
      <w:r>
        <w:t>Professor - Game Concept / Game Design</w:t>
      </w:r>
      <w:r>
        <w:rPr>
          <w:b w:val="0"/>
        </w:rPr>
        <w:tab/>
        <w:t>July 2022 - August 2023</w:t>
      </w:r>
    </w:p>
    <w:p w14:paraId="4D6962DF" w14:textId="77777777" w:rsidR="009F6491" w:rsidRDefault="009F6491" w:rsidP="009F6491">
      <w:pPr>
        <w:pStyle w:val="CompanyLine"/>
        <w:keepNext/>
        <w:tabs>
          <w:tab w:val="right" w:pos="10584"/>
        </w:tabs>
      </w:pPr>
      <w:r>
        <w:t>Image Campus</w:t>
      </w:r>
      <w:r>
        <w:rPr>
          <w:b w:val="0"/>
        </w:rPr>
        <w:tab/>
        <w:t>Buenos Aires, Argentina</w:t>
      </w:r>
    </w:p>
    <w:p w14:paraId="5F02D1D0" w14:textId="7595FD12" w:rsidR="009F6491" w:rsidRDefault="009F6491" w:rsidP="009F6491">
      <w:pPr>
        <w:pStyle w:val="BodyCompact"/>
        <w:keepLines/>
        <w:spacing w:after="8"/>
      </w:pPr>
      <w:r>
        <w:t>Taught conceptual game design principles covering mechanics, systems, documentation, and player experience</w:t>
      </w:r>
      <w:r w:rsidR="002334D9">
        <w:br/>
      </w:r>
    </w:p>
    <w:p w14:paraId="0A37F960" w14:textId="77777777" w:rsidR="009F6491" w:rsidRDefault="009F6491" w:rsidP="009F6491">
      <w:pPr>
        <w:pStyle w:val="RoleLine"/>
        <w:keepNext/>
        <w:tabs>
          <w:tab w:val="right" w:pos="10584"/>
        </w:tabs>
        <w:spacing w:before="28"/>
      </w:pPr>
      <w:r>
        <w:lastRenderedPageBreak/>
        <w:t>Narrative, Game &amp; Level Designer</w:t>
      </w:r>
      <w:r>
        <w:rPr>
          <w:b w:val="0"/>
        </w:rPr>
        <w:tab/>
        <w:t>April 2022 - August 2022</w:t>
      </w:r>
    </w:p>
    <w:p w14:paraId="20667F11" w14:textId="77777777" w:rsidR="009F6491" w:rsidRDefault="009F6491" w:rsidP="009F6491">
      <w:pPr>
        <w:pStyle w:val="CompanyLine"/>
        <w:keepNext/>
        <w:tabs>
          <w:tab w:val="right" w:pos="10584"/>
        </w:tabs>
      </w:pPr>
      <w:r>
        <w:t>Age Of Metalands</w:t>
      </w:r>
      <w:r>
        <w:rPr>
          <w:b w:val="0"/>
        </w:rPr>
        <w:tab/>
        <w:t>Delaware, USA (remote)</w:t>
      </w:r>
    </w:p>
    <w:p w14:paraId="17256294" w14:textId="7673840C" w:rsidR="009F6491" w:rsidRDefault="009F6491" w:rsidP="009F6491">
      <w:pPr>
        <w:pStyle w:val="BodyCompact"/>
        <w:keepLines/>
        <w:spacing w:after="8"/>
      </w:pPr>
      <w:r>
        <w:t>Authored game documentation, feature specifications, and UX guidelines while developing levels, narrative content, and planning frameworks for core gameplay.</w:t>
      </w:r>
      <w:r>
        <w:br/>
      </w:r>
    </w:p>
    <w:p w14:paraId="10439279" w14:textId="77777777" w:rsidR="009F6491" w:rsidRDefault="009F6491" w:rsidP="009F6491">
      <w:pPr>
        <w:pStyle w:val="RoleLine"/>
        <w:keepNext/>
        <w:tabs>
          <w:tab w:val="right" w:pos="10584"/>
        </w:tabs>
        <w:spacing w:before="28"/>
      </w:pPr>
      <w:r>
        <w:t>Game Designer &amp; UI/UX Designer</w:t>
      </w:r>
      <w:r>
        <w:rPr>
          <w:b w:val="0"/>
        </w:rPr>
        <w:tab/>
        <w:t>January 2022 - July 2022</w:t>
      </w:r>
    </w:p>
    <w:p w14:paraId="0B56E31C" w14:textId="1376A4AF" w:rsidR="009F6491" w:rsidRDefault="002334D9" w:rsidP="009F6491">
      <w:pPr>
        <w:pStyle w:val="CompanyLine"/>
        <w:keepNext/>
        <w:tabs>
          <w:tab w:val="right" w:pos="10584"/>
        </w:tabs>
      </w:pPr>
      <w:r>
        <w:t>GunnyGames</w:t>
      </w:r>
      <w:r w:rsidR="009F6491">
        <w:rPr>
          <w:b w:val="0"/>
        </w:rPr>
        <w:tab/>
        <w:t>Miami, USA (remote)</w:t>
      </w:r>
    </w:p>
    <w:p w14:paraId="1F5350A9" w14:textId="489DBADE" w:rsidR="009F6491" w:rsidRDefault="009F6491" w:rsidP="009F6491">
      <w:pPr>
        <w:pStyle w:val="BodyCompact"/>
        <w:keepLines/>
        <w:spacing w:after="8"/>
      </w:pPr>
      <w:r>
        <w:t>Designed UI/UX flows, gameplay mechanics, balance systems, game modes, narrative concepts, and in-game interfaces.</w:t>
      </w:r>
      <w:r>
        <w:br/>
      </w:r>
    </w:p>
    <w:p w14:paraId="5A4A32AB" w14:textId="77777777" w:rsidR="009F6491" w:rsidRDefault="009F6491" w:rsidP="009F6491">
      <w:pPr>
        <w:pStyle w:val="RoleLine"/>
        <w:keepNext/>
        <w:tabs>
          <w:tab w:val="right" w:pos="10584"/>
        </w:tabs>
        <w:spacing w:before="28"/>
      </w:pPr>
      <w:r>
        <w:t>Lead Game Designer &amp; UI/UX Designer</w:t>
      </w:r>
      <w:r>
        <w:rPr>
          <w:b w:val="0"/>
        </w:rPr>
        <w:tab/>
        <w:t>June 2021 - May 2022</w:t>
      </w:r>
    </w:p>
    <w:p w14:paraId="6B86AAB4" w14:textId="77777777" w:rsidR="009F6491" w:rsidRDefault="009F6491" w:rsidP="009F6491">
      <w:pPr>
        <w:pStyle w:val="CompanyLine"/>
        <w:keepNext/>
        <w:tabs>
          <w:tab w:val="right" w:pos="10584"/>
        </w:tabs>
      </w:pPr>
      <w:r>
        <w:t>The Particle Project</w:t>
      </w:r>
      <w:r>
        <w:rPr>
          <w:b w:val="0"/>
        </w:rPr>
        <w:tab/>
        <w:t>Buenos Aires, Argentina</w:t>
      </w:r>
    </w:p>
    <w:p w14:paraId="284F9A67" w14:textId="43D6162E" w:rsidR="009F6491" w:rsidRDefault="009F6491" w:rsidP="009F6491">
      <w:pPr>
        <w:pStyle w:val="BodyCompact"/>
        <w:keepLines/>
        <w:spacing w:after="8"/>
      </w:pPr>
      <w:r>
        <w:t>Led game design documentation, feature design, Unity development planning, and design-team coordination across UX, narrative, and UI integration.</w:t>
      </w:r>
    </w:p>
    <w:p w14:paraId="7053B6BE" w14:textId="77777777" w:rsidR="009F6491" w:rsidRDefault="009F6491" w:rsidP="009F6491">
      <w:pPr>
        <w:keepNext/>
        <w:shd w:val="clear" w:color="auto" w:fill="405DB5"/>
        <w:spacing w:before="40" w:after="20" w:line="221" w:lineRule="auto"/>
        <w:jc w:val="center"/>
      </w:pPr>
      <w:r>
        <w:rPr>
          <w:b/>
          <w:color w:val="FFFFFF"/>
          <w:sz w:val="16"/>
        </w:rPr>
        <w:t>TRAINING &amp; CERTIFICATIONS</w:t>
      </w:r>
    </w:p>
    <w:p w14:paraId="569679DA" w14:textId="77777777" w:rsidR="009F6491" w:rsidRDefault="009F6491" w:rsidP="009F6491">
      <w:pPr>
        <w:pStyle w:val="Small"/>
        <w:ind w:left="331" w:hanging="173"/>
      </w:pPr>
      <w:r>
        <w:rPr>
          <w:b/>
        </w:rPr>
        <w:t>- Game Design: Art and Concepts</w:t>
      </w:r>
      <w:r>
        <w:t xml:space="preserve"> | California Institute of the Arts | Jun 2024</w:t>
      </w:r>
    </w:p>
    <w:p w14:paraId="65CD9083" w14:textId="77777777" w:rsidR="009F6491" w:rsidRDefault="009F6491" w:rsidP="009F6491">
      <w:pPr>
        <w:pStyle w:val="Small"/>
        <w:ind w:left="331" w:hanging="173"/>
      </w:pPr>
      <w:r>
        <w:rPr>
          <w:b/>
        </w:rPr>
        <w:t>- Game Design</w:t>
      </w:r>
      <w:r>
        <w:t xml:space="preserve"> | California Institute of the Arts | Apr 2023</w:t>
      </w:r>
    </w:p>
    <w:p w14:paraId="1A2DD625" w14:textId="77777777" w:rsidR="009F6491" w:rsidRDefault="009F6491" w:rsidP="009F6491">
      <w:pPr>
        <w:pStyle w:val="Small"/>
        <w:ind w:left="331" w:hanging="173"/>
      </w:pPr>
      <w:r>
        <w:rPr>
          <w:b/>
        </w:rPr>
        <w:t>- UX &amp; Accessibility of Essential Video Games</w:t>
      </w:r>
      <w:r>
        <w:t xml:space="preserve"> | LinkedIn | Apr 2023</w:t>
      </w:r>
    </w:p>
    <w:p w14:paraId="6B7D1A23" w14:textId="77777777" w:rsidR="009F6491" w:rsidRDefault="009F6491" w:rsidP="009F6491">
      <w:pPr>
        <w:pStyle w:val="Small"/>
        <w:ind w:left="331" w:hanging="173"/>
      </w:pPr>
      <w:r>
        <w:rPr>
          <w:b/>
        </w:rPr>
        <w:t>- World Design for Video Games</w:t>
      </w:r>
      <w:r>
        <w:t xml:space="preserve"> | California Institute of the Arts | Apr 2023</w:t>
      </w:r>
    </w:p>
    <w:p w14:paraId="3960A29B" w14:textId="12C25225" w:rsidR="009F6491" w:rsidRDefault="009F6491" w:rsidP="009F6491">
      <w:pPr>
        <w:pStyle w:val="Small"/>
      </w:pPr>
      <w:r>
        <w:rPr>
          <w:b/>
        </w:rPr>
        <w:t xml:space="preserve">Additional certifications and training are available on my </w:t>
      </w:r>
      <w:hyperlink r:id="rId8">
        <w:r>
          <w:rPr>
            <w:b/>
            <w:color w:val="2F6F7E"/>
            <w:sz w:val="16"/>
            <w:u w:val="single"/>
          </w:rPr>
          <w:t>LinkedIn profile</w:t>
        </w:r>
      </w:hyperlink>
    </w:p>
    <w:p w14:paraId="4B4AF1BE" w14:textId="77777777" w:rsidR="009F6491" w:rsidRDefault="009F6491" w:rsidP="009F6491">
      <w:pPr>
        <w:keepNext/>
        <w:shd w:val="clear" w:color="auto" w:fill="405DB5"/>
        <w:spacing w:before="40" w:after="20" w:line="221" w:lineRule="auto"/>
        <w:jc w:val="center"/>
      </w:pPr>
      <w:r>
        <w:rPr>
          <w:b/>
          <w:color w:val="FFFFFF"/>
          <w:sz w:val="16"/>
        </w:rPr>
        <w:t>EDUCATION</w:t>
      </w:r>
    </w:p>
    <w:p w14:paraId="1528F346" w14:textId="14326623" w:rsidR="009F6491" w:rsidRDefault="00106DE3" w:rsidP="00106DE3">
      <w:pPr>
        <w:pStyle w:val="Small"/>
        <w:ind w:left="331"/>
      </w:pPr>
      <w:r>
        <w:rPr>
          <w:b/>
        </w:rPr>
        <w:t xml:space="preserve">- </w:t>
      </w:r>
      <w:r w:rsidRPr="00106DE3">
        <w:rPr>
          <w:b/>
        </w:rPr>
        <w:t>Technical Degree in Video Game Design and Production</w:t>
      </w:r>
      <w:r>
        <w:t xml:space="preserve">| </w:t>
      </w:r>
      <w:r>
        <w:t>Image Campus</w:t>
      </w:r>
      <w:r>
        <w:t xml:space="preserve"> | 20</w:t>
      </w:r>
      <w:r>
        <w:t>19</w:t>
      </w:r>
      <w:r>
        <w:t xml:space="preserve"> – 202</w:t>
      </w:r>
      <w:r>
        <w:t>2</w:t>
      </w:r>
      <w:r>
        <w:rPr>
          <w:b/>
        </w:rPr>
        <w:br/>
      </w:r>
      <w:r w:rsidR="009F6491">
        <w:rPr>
          <w:b/>
        </w:rPr>
        <w:t>- Bachelor's Degree in Computer Science</w:t>
      </w:r>
      <w:r w:rsidR="009F6491">
        <w:t xml:space="preserve"> | Universidad Nacional de Quilmes | 2020 – 2025</w:t>
      </w:r>
    </w:p>
    <w:p w14:paraId="5F097176" w14:textId="77777777" w:rsidR="009F6491" w:rsidRDefault="009F6491" w:rsidP="009F6491">
      <w:pPr>
        <w:keepNext/>
        <w:shd w:val="clear" w:color="auto" w:fill="405DB5"/>
        <w:spacing w:before="40" w:after="20" w:line="221" w:lineRule="auto"/>
        <w:jc w:val="center"/>
      </w:pPr>
      <w:r>
        <w:rPr>
          <w:b/>
          <w:color w:val="FFFFFF"/>
          <w:sz w:val="16"/>
        </w:rPr>
        <w:t>LANGUAGES</w:t>
      </w:r>
    </w:p>
    <w:p w14:paraId="08529C14" w14:textId="77777777" w:rsidR="009F6491" w:rsidRDefault="009F6491" w:rsidP="009F6491">
      <w:pPr>
        <w:pStyle w:val="Small"/>
        <w:ind w:left="331" w:hanging="173"/>
      </w:pPr>
      <w:r>
        <w:t>- Spanish: Native</w:t>
      </w:r>
    </w:p>
    <w:p w14:paraId="643A676E" w14:textId="77777777" w:rsidR="009F6491" w:rsidRDefault="009F6491" w:rsidP="009F6491">
      <w:pPr>
        <w:pStyle w:val="Small"/>
        <w:ind w:left="331" w:hanging="173"/>
      </w:pPr>
      <w:r>
        <w:t>- English: C1 Advanced (EF SET English Certificate)</w:t>
      </w:r>
    </w:p>
    <w:p w14:paraId="372625B7" w14:textId="206566B4" w:rsidR="0047027C" w:rsidRDefault="0047027C"/>
    <w:sectPr w:rsidR="0047027C" w:rsidSect="00034616">
      <w:pgSz w:w="11909" w:h="16834"/>
      <w:pgMar w:top="317" w:right="605" w:bottom="259" w:left="60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6DE3"/>
    <w:rsid w:val="0015074B"/>
    <w:rsid w:val="002334D9"/>
    <w:rsid w:val="0029639D"/>
    <w:rsid w:val="002A1C34"/>
    <w:rsid w:val="00326F90"/>
    <w:rsid w:val="0047027C"/>
    <w:rsid w:val="00507FAE"/>
    <w:rsid w:val="009F649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9CBD98"/>
  <w14:defaultImageDpi w14:val="300"/>
  <w15:docId w15:val="{DBAAC780-E93C-4135-9564-2DB91C76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ptos Narrow" w:eastAsia="Aptos Narrow" w:hAnsi="Aptos Narrow"/>
      <w:sz w:val="19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BodyCompact">
    <w:name w:val="BodyCompact"/>
    <w:pPr>
      <w:spacing w:after="0" w:line="240" w:lineRule="auto"/>
    </w:pPr>
    <w:rPr>
      <w:rFonts w:ascii="Aptos Narrow" w:eastAsia="Aptos Narrow" w:hAnsi="Aptos Narrow"/>
      <w:sz w:val="19"/>
    </w:rPr>
  </w:style>
  <w:style w:type="paragraph" w:customStyle="1" w:styleId="RoleLine">
    <w:name w:val="RoleLine"/>
    <w:pPr>
      <w:spacing w:after="0" w:line="240" w:lineRule="auto"/>
    </w:pPr>
    <w:rPr>
      <w:rFonts w:ascii="Aptos Narrow" w:eastAsia="Aptos Narrow" w:hAnsi="Aptos Narrow"/>
      <w:b/>
      <w:sz w:val="19"/>
    </w:rPr>
  </w:style>
  <w:style w:type="paragraph" w:customStyle="1" w:styleId="CompanyLine">
    <w:name w:val="CompanyLine"/>
    <w:pPr>
      <w:spacing w:after="0" w:line="240" w:lineRule="auto"/>
    </w:pPr>
    <w:rPr>
      <w:rFonts w:ascii="Aptos Narrow" w:eastAsia="Aptos Narrow" w:hAnsi="Aptos Narrow"/>
      <w:b/>
      <w:sz w:val="19"/>
    </w:rPr>
  </w:style>
  <w:style w:type="paragraph" w:customStyle="1" w:styleId="Small">
    <w:name w:val="Small"/>
    <w:pPr>
      <w:spacing w:after="0" w:line="240" w:lineRule="auto"/>
    </w:pPr>
    <w:rPr>
      <w:rFonts w:ascii="Aptos Narrow" w:eastAsia="Aptos Narrow" w:hAnsi="Aptos Narrow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confaloneguido/details/certifications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figma.com/proto/xvW6r1Ikb5WDCuM1CSr2pk/Game-Design-Portfolio.-Guido-Confalone?page-id=0%3A1&amp;node-id=759-8&amp;viewport=-4891%2C5427%2C0.57&amp;t=iKRXgcznhve1AMwM-1&amp;scaling=min-zoom&amp;content-scaling=fixe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inkedin.com/in/confaloneguido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1002</Words>
  <Characters>5517</Characters>
  <Application>Microsoft Office Word</Application>
  <DocSecurity>0</DocSecurity>
  <Lines>45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Guido Daniel Confalone Fernandez - Game Producer / Lead Game Designer</vt:lpstr>
      <vt:lpstr/>
    </vt:vector>
  </TitlesOfParts>
  <Manager/>
  <Company/>
  <LinksUpToDate>false</LinksUpToDate>
  <CharactersWithSpaces>6506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Guido Daniel Confalone Fernandez - Game Producer / Lead Game Designer</dc:title>
  <dc:subject>Resume</dc:subject>
  <dc:creator>python-docx</dc:creator>
  <cp:keywords>Game Producer, Lead Game Designer, Game Systems Designer, Game Production, Video Games</cp:keywords>
  <dc:description>generated by python-docx</dc:description>
  <cp:lastModifiedBy>guido confalone</cp:lastModifiedBy>
  <cp:revision>5</cp:revision>
  <dcterms:created xsi:type="dcterms:W3CDTF">2026-09-10T20:18:00Z</dcterms:created>
  <dcterms:modified xsi:type="dcterms:W3CDTF">2026-09-11T00:19:00Z</dcterms:modified>
  <cp:category/>
</cp:coreProperties>
</file>